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AIRE – Overzicht alle opgenomen opleidingen</w:t>
      </w:r>
    </w:p>
    <w:p>
      <w:r>
        <w:rPr>
          <w:b/>
        </w:rPr>
        <w:t xml:space="preserve">Definitief registeroverzicht met actuele en historische Crebo-codes. </w:t>
      </w:r>
      <w:r>
        <w:t>Voor historische opleidingen is de uiterste instroomdatum opgenomen. De opvolger is gebaseerd op de officiële SBB-koppeltabel van het overgangsjaar. Bij één oude Crebo met meerdere opvolgers staat iedere relatie op een aparte regel.</w:t>
      </w:r>
    </w:p>
    <w:p>
      <w:r>
        <w:t>Historische kwalificaties: 403. Actuele catalogusregels: 445. Totaal regels in dit overzicht: 847.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27"/>
        <w:gridCol w:w="2227"/>
        <w:gridCol w:w="2227"/>
        <w:gridCol w:w="2227"/>
        <w:gridCol w:w="2227"/>
        <w:gridCol w:w="2227"/>
        <w:gridCol w:w="2227"/>
      </w:tblGrid>
      <w:tr>
        <w:trPr>
          <w:tblHeader w:val="true"/>
        </w:trPr>
        <w:tc>
          <w:tcPr>
            <w:tcW w:type="dxa" w:w="907"/>
            <w:vAlign w:val="center"/>
            <w:shd w:fill="D9EAF7"/>
          </w:tcPr>
          <w:p>
            <w:r>
              <w:rPr>
                <w:b/>
                <w:sz w:val="14"/>
              </w:rPr>
              <w:t>Crebo</w:t>
            </w:r>
          </w:p>
        </w:tc>
        <w:tc>
          <w:tcPr>
            <w:tcW w:type="dxa" w:w="3628"/>
            <w:vAlign w:val="center"/>
            <w:shd w:fill="D9EAF7"/>
          </w:tcPr>
          <w:p>
            <w:r>
              <w:rPr>
                <w:b/>
                <w:sz w:val="14"/>
              </w:rPr>
              <w:t>Opleiding</w:t>
            </w:r>
          </w:p>
        </w:tc>
        <w:tc>
          <w:tcPr>
            <w:tcW w:type="dxa" w:w="737"/>
            <w:vAlign w:val="center"/>
            <w:shd w:fill="D9EAF7"/>
          </w:tcPr>
          <w:p>
            <w:r>
              <w:rPr>
                <w:b/>
                <w:sz w:val="14"/>
              </w:rPr>
              <w:t>Niveau</w:t>
            </w:r>
          </w:p>
        </w:tc>
        <w:tc>
          <w:tcPr>
            <w:tcW w:type="dxa" w:w="1020"/>
            <w:vAlign w:val="center"/>
            <w:shd w:fill="D9EAF7"/>
          </w:tcPr>
          <w:p>
            <w:r>
              <w:rPr>
                <w:b/>
                <w:sz w:val="14"/>
              </w:rPr>
              <w:t>Status</w:t>
            </w:r>
          </w:p>
        </w:tc>
        <w:tc>
          <w:tcPr>
            <w:tcW w:type="dxa" w:w="1474"/>
            <w:vAlign w:val="center"/>
            <w:shd w:fill="D9EAF7"/>
          </w:tcPr>
          <w:p>
            <w:r>
              <w:rPr>
                <w:b/>
                <w:sz w:val="14"/>
              </w:rPr>
              <w:t>Uiterste instroom</w:t>
            </w:r>
          </w:p>
        </w:tc>
        <w:tc>
          <w:tcPr>
            <w:tcW w:type="dxa" w:w="1361"/>
            <w:vAlign w:val="center"/>
            <w:shd w:fill="D9EAF7"/>
          </w:tcPr>
          <w:p>
            <w:r>
              <w:rPr>
                <w:b/>
                <w:sz w:val="14"/>
              </w:rPr>
              <w:t>Opvolgend Crebo</w:t>
            </w:r>
          </w:p>
        </w:tc>
        <w:tc>
          <w:tcPr>
            <w:tcW w:type="dxa" w:w="3969"/>
            <w:vAlign w:val="center"/>
            <w:shd w:fill="D9EAF7"/>
          </w:tcPr>
          <w:p>
            <w:r>
              <w:rPr>
                <w:b/>
                <w:sz w:val="14"/>
              </w:rPr>
              <w:t>Naam opvolgende opleiding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25001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afvalbeheer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25002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beheer openbare ruimte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25003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Dekvloerenlegger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Dekvloerenlegger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25004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Gezel dekvloerenlegger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Dekvloerenlegger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25005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Gezel glaszetter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Gezel glaszetter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25006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Glaszetter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Glaszetter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25010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Industrieel lakverwerker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25011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Vakkracht industrieel lakverwerker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25012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Kleur- en interieuradviseur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Vastgoedadviseur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25013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Projectmanager vastgoedonderhoud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Vastgoedadviseur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25014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Uitvoerder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25015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machinaal houtbewerker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machineoperator meubelindustrie/(scheeps)interieurbouw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25016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Machinaal houtbewerker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Machineoperator houtverwerkende industrie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25017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meubelmaker/(scheeps)interieurbouwer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meubelmaker/(scheeps)interieurbouwer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25018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Meubelmaker/(scheeps)interieurbouwer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Meubelmaker/(scheeps)interieurbouwer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25019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Ondernemend meubelmaker/(scheeps)interieurbouwer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Ondernemend meubelmaker/(scheeps)interieurbouwer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25020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Werkvoorbereider meubelindustrie/(scheeps)interieurbouw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Werkvoorbereider meubelindustrie/(scheeps)interieurbouw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25021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meubelstoffeerder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25855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meubelstoffeerder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25022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Meubelstoffeerder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25854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Meubelstoffeerder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25023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vakkracht onderhoud- en klussenbedrijf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25791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vakkracht onderhoud- en klussenbedrijf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25027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Plafond- en wandmonteur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25031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(Ambulant) objectleider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25032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Glazenwasser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25033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Meewerkend leidinggevende algemeen schoonmaakonderhoud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25034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Schoonmaker in verschillende omgevingen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25035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Specialist vloeronderhoud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25036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Decoratie- en restauratieschilder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Decoratie- en restauratieschilder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25037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Gezel stukadoor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stukadoor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25038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Stukadoor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Stukadoor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25041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Beheerder milieustraat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25042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Teamleider AMBOR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25043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Voorman BOR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25044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laborant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laborant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25045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Biologisch medisch analist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Biologisch medisch analist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25046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Chemisch-fysisch analist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Chemisch fysisch analist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25047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Audicien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Audicien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25057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Leestenmaker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25859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Orthopedisch schoentechnisch medewerker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25058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Orthopedisch Schoentechnicus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Orthopedisch schoentechnisch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25059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Schoentechnisch Voorzieningenmaker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25062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Schoenhersteller 2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25060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Pianotechnicus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Pianotechnicus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25061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Maatschoenmaker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Maatschoenmaker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25062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Schoenhersteller 2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Schoenhersteller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25063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Schoenhersteller 3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Ondernemend schoenhersteller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25064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Zadel- en tuigenmaker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Ondernemend schoenhersteller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25065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Tandtechnicus Kroon- en Brugwerk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Tandtechnicus kroon- en brugwerk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25066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Tandtechnicus Prothese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Tandtechnicus prothese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25068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Oogheelkundig Assistent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oogheelkundig assistent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25069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Basisgoudsmid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25856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Basisgoudsmid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25070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Goudsmid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25857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Goudsmid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25071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Zilversmid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25858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Zilversmid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25072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Juwelier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Juwelier-ondernemer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25073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Juwelier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Juwelier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25074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Orthopedisch 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Orthopedisch technisch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25075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Orthopedisch Technisch 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Orthopedisch technisch medewerker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25076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Uurwerktechniek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uurwerktechnicus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25077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Uurwerktechnicus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Uurwerktechnisch restauratiespecialist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25078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Betonboorder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25079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betonreparateur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Betonreparateur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25080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Betonreparateur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Betonreparateur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25081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betonstaalverwerker bouwplaats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25082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betonstaalverwerker prefabricage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25083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Betonstaallasser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25084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Betonstaalvlechter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25085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betontimmerman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25086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bitumen en kunststof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bitumen en kunststof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25087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pannen/leien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pannen/leien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25088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bitumen en kunststof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bitumen en kunststof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25089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pannen/leien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pannen/leien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25090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riet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riet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25091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vakman gww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25750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vakman gww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25092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waterbouwer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25751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waterbouwer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25094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Balkman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25753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Balkman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25096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Straatmaker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25755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Straatmaker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25099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Machinist grondverzet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Machinist grondverzet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25101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Machinist wegenbouw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Machinist wegenbouw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25102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Metselaar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25785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Metselaar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25104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bouw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25105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Infra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grond-, weg- en waterbouw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25106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Landmeetkunde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landmeetkunde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25107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Restauratie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bouw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25108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Verkeer en Stedenbouw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verkeer en stedenbouw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25109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natuursteenbewerker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natuursteenbewerker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25111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Natuursteenbewerker machinaal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Natuursteenbewerker machinaal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25113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Natuursteenbewerker ambachtelijk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Natuursteenbewerker ambachtelijk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25114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sloper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sloper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25115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Sloper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Sloper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25116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tegelzetter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25826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tegelzetter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25118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timmerman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25828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timmerman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25119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Uitvoerder bouw/infra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Uitvoerder bouw/infra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25120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Uitvoerder gespecialiseerde aannemerij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Uitvoerder gespecialiseerde aannemerij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25121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Uitvoerder hijswerk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Uitvoerder bouw/infra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25122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Werkvoorbereider fabricage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Werkvoorbereider fabricage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25123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Werkvoorbereider gespecialiseerde aannemerij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Werkvoorbereider gespecialiseerde aannemerij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25124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Werkvoorbereider installaties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Werkvoorbereider installaties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25125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Betontimmerman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25126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steigerbouw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25785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Metselaar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25127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steigerbouw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25786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Metselaar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25129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Gevelbehandelaar voegbedrijf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25130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Voeger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25131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Bibliotheekmedewerker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Office &amp; Management Support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25132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(Junior) accountmanager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Junior accountmanager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25133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Assistent-manager internationale handel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Junior manager internationale handel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25134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Commercieel 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Commercieel medewerker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25135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Contactcenter 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Commercieel medewerker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25136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Intercedent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Consulent commerciële arbeidsbemiddeling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25137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Vestigingsmanager groothandel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Junior manager groothandel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25138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Bedrijfsadministrateur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Business Administration &amp; Control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25139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Financieel administratief 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Assistant Business Services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25140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Junior assistent-accountant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Business Administration &amp; Control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25145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Juridisch-administratief dienstverlener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Legal, Insurance &amp; HR Services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25146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human resource management (HRM)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Legal, Insurance &amp; HR Services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25147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evenementenorganisatie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25749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evenementenorganisatie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25148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marketing en communicatie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Marketing &amp; Communication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25153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verkoper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Retailspecialist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25154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Verkoopadviseur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Retailspecialist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25155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Verkoopspecialist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Retailspecialist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25158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Interieuradviseur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Interieuradviseur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25160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team/afdeling/project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van een team/afdeling/project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25161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Leidinggevende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van technici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25162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Manager retail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Retailmanager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25164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Specialist mode/maatkleding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Fashion Tailor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25165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Vakman-ondernemer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Vakspecialist ondernemer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25166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Ondernemer retail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Ondernemer handel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25168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Gastheer/-vrouw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hospitality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25169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Gastronoom/sommelier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hospitality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25170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bediening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hospitality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25171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werkend gastheer/-vrouw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medewerker hospitality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25172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bakkerij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bakkerij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25174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werkend bakker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werkend bakker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25176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1e Medewerker fastservice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foodservice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25177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Manager/bedrijfsleider fastservice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Manager foodservice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25178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fastservice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foodservice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25179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Gespecialiseerd kok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Gespecialiseerd kok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25180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Kok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Kok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25181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keuken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keuken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25182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werkend kok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werkend kok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25183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Patissier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25797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Patissier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25184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Manager/ondernemer horeca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Ondernemer hospitality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25185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Meewerkend horeca ondernemer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Ondernemer hospitality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25186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Ondernemer bakkerij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bakkerij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25193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AV-productie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AV-productie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25194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AV-specialist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AV-specialist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25195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Fotograaf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Fotograaf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25199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Mediamanager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Mediamanager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25200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Mediaredactiemedewerker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Mediaredactiemedewerker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25203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Podium- en evenemententechnicus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Podium- en evenemententechnicus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25204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Podium- en evenemententechnicus Geluid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25798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podium- en evenemententechnicus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25205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Podium- en evenemententechnicus Licht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25798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podium- en evenemententechnicus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25206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Podium- en evenemententechnicus Podium &amp; Rigging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25798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podium- en evenemententechnicus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25207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Basismedewerker printmedia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25208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Drukker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25209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Nabewerker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25212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Ruimtelijk vormgever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25811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Ruimtelijk vormgever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25213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signmaker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signmaker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25214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sign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sign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25216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stand- en decorbouwer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decorbouwer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25217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Stand- en decorbouwer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Decorbouwer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25218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Aftersalesmanager Mobiliteitsbranche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Manager mobiliteitsbranche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25219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Serviceadviseur Mobiliteitsbranche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Adviseur mobiliteitsbranche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25221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Caravantechnicus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25223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Caravantechnicus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25225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Autoschadehersteller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Autoschadehersteller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25226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Autoschadehersteller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autoschadehersteller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25227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Autoschadetechnicus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autoschadehersteller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25229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Autospuiter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Autospuiter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25230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Fietstechnicus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fietstechnicus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25231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Fietstechnicus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Fietstechnicus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25236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verbrandingsmotortechnicus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25830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verbrandingsmotortechnicus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25237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specialist verbrandingsmotoren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25831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specialist verbrandingsmotoren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25239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Verkoopadviseur Mobiliteitsbranche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Adviseur mobiliteitsbranche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25240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Verkoopmanager Mobiliteitsbranche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Manager mobiliteitsbranche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25247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mobiele werktuigen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25670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specialist voertuigen en mobiele werktuigen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25248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Specialist Bedrijfsautos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25670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specialist voertuigen en mobiele werktuigen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25249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Specialist Personenautos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25670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specialist voertuigen en mobiele werktuigen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25262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elektrotechnische industriële installaties en 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elektrotechnische industriële systemen en installaties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25263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elektrotechnische installaties woning en utiliteit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elektrotechnische installaties in de gebouwde omgeving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25265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human technology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Commercieel technicus engineering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25266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datadistributie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datadistributie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25267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gas-, water- en warmtedistributie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gas-, water- of warmtedistributie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25269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laagspanningsdistributie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laagspanningsdistributie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25270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middenspanningsdistributie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middenspanningsdistributie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25275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data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Datatechnicus Infra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25276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elektrotechniek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Elektrotechnicus Infra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25277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gas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Gastechnicus Infra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25278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Isolatiemonteur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25279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Opmeter technische isolatie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25286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constructiewerker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25287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lasser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25288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pijpenbewerker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25289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plaatwerker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25290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Basislasser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25291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Constructiewerker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25292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Pijpenbewerker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25293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Plaatwerker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25294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Scheepsbouwer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25295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Scheepsmetaalbewerker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25296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Commercieel technicus engineering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Commercieel technicus engineering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25297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engineering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engineering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25303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Operator C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Operator C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25304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service en onderhoud elektrotechniek en instrumentatie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25305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service en onderhoud gasturbines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25306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service en onderhoud werktuigbouw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25307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service en onderhoud werktuigkundige installaties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25821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service en onderhoud werktuigkundige installaties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25308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service en onderhoud installaties en 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25309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service en onderhoud elektrotechniek en instrumentatie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25310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service en onderhoud werktuigbouw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25311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service en onderhoud werktuigkundige installaties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25825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service en onderhoud werktuigkundige installaties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25312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Tekenaar constructeur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25313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Tekenaar ontwerper elektrotechniek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25314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Tekenaar ontwerper werktuigkundige installaties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25315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Tekenaar werktuigbouw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25316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Tekenaar werktuigkundige installaties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25317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Kunststofbewerker vliegtuigbouw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samenbouwer luchtvaartuigen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25318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Plaatwerker vliegtuigbouw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samenbouwer luchtvaartuigen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25319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Samenbouwer vliegtuigbouw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samenbouwer luchtvaartuigen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25320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Constructie repair 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Constructie repair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25321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vliegtuigonderhoud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luchtvaartuigen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25322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vliegtuigonderhoud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luchtvaartuigen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25323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avionica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avionica luchtvaartuigen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25324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mechanica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mechanica luchtvaartuigen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25331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elektrotechnische industriële installaties en 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elektrotechnische industriële installaties en systemen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25332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elektrotechnische installaties woning en utiliteit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elektrotechnische installaties in de gebouwde omgeving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25334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Operationele 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25336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Mechanisch operator B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Mechanisch operator B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25338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Procesoperator B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Procesoperator B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25339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elektrotechnische 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mechatronica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25340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mechatronica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mechatronica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25341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elektrotechnische 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mechatronica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25342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mechatronica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mechatronica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25343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elektrotechnische 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mechatronica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25344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mechatronica 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mechatronica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25345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operationeel 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25346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Operationeel 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25347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dakbedekking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25348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utiliteit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25834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utiliteit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25349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woning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25835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woning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25350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werktuigkundige installaties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25372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Logistiek teamleider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Logistiek teamleider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25377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Aviation Operations Officer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25793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Aviation operations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25378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Luchtvrachtspecialist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Air cargo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25379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Manager Transport en 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Specialist transport en logistiek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25388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Logistiek supervisor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Logistiek supervisor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25389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Planner wegtransport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Specialist transport en logistiek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25393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Coördinator havenlogistiek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Coördinator internationale havenlogistiek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25394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Manager havenlogistiek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Specialist internationale havenlogistiek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25395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havenlogistiek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internationale havenlogistiek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25396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Coördinator Havenoperaties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Coördinator Havenoperaties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25397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Gevorderd medewerker Havenoperaties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Gevorderd medewerker Havenoperaties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25398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Havenoperaties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Havenoperaties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25402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Grimeur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make-up and hair artist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25403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Schoonheidsspecialist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Schoonheidsspecialist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25404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Schoonheidsspecialist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Schoonheidsspecialist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25405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Medisch Pedicure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Medisch Pedicure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25409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Handhaver toezicht en veiligheid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Handhaver toezicht en veiligheid Openbare ruimte (domein I)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25410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toezicht en veiligheid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Geen directe opvolger vastgesteld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25411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Coördinator buurt, onderwijs en sport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Buurtsportcoach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25412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Coördinator sport- en bewegingsagogie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Bewegingsagoog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25413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Coördinator sport, bewegen en gezondheid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Leefstijlcoach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25414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Coördinator sportinstructie, training en coaching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Trainer-coach/Instructeur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25415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Sport- en bewegingsleider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Sport- en bewegingsleider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25420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Ondernemer vers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Ondernemer vers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25430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agrohandel en 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agrohandel en logistiek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25431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teelt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teelt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25432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veehouderij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veehouderij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25434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agrohandel en 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agrohandel en logistiek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25438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agrohandel en 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agrohandel en logistiek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25439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biologisch-dynamische landbouw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biologisch-dynamische landbouw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25442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Bedrijfsleider/ondernemer bloem, groen en styling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Bedrijfsleider/ondernemer bloem, groen en styling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25445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bloem, groen en styling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bloem, groen en styling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25460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voeding en technologie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voeding, technologie en 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25461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voeding en technologie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voeding, technologie en 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25462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voeding en kwaliteit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voeding, kwaliteit en productontwikkeling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25463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voeding en technologie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voeding, technologie en 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25464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voeding en voorlichting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Voeding- en leefstijladviseur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25467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Hoefsmid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Hoefsmid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25468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Bedrijfsleider paardensport en -houderij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Bedrijfsleider paardensport en -houderij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25469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Instructeur paardensport en -houderij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Instructeur paardensport en -houderij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25473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Doktersassistent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Doktersassistent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25474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Agogisch medewerker GGZ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Persoonlijk begeleider maatschappelijke zorg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25475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Begeleider gehandicaptenzorg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25780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Begeleider maatschappelijke zorg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25476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Begeleider specifieke doelgroepen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25780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Begeleider maatschappelijke zorg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25477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Persoonlijk begeleider gehandicaptenzorg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Persoonlijk begeleider maatschappelijke zorg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25478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Persoonlijk begeleider specifieke doelgroepen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Persoonlijk begeleider maatschappelijke zorg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25479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Thuisbegeleider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Persoonlijk begeleider maatschappelijke zorg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25484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Gespecialiseerd pedagogisch 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Gespecialiseerd pedagogisch medewerker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25485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Onderwijsassistent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Onderwijsassistent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25487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Praktijkopleider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Praktijkopleider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25490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Tandartsassistent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Tandartsassistent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25498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Helpende Zorg en Welzijn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Helpende Zorg en Welzijn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25499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facilitaire dienstverlening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facilitaire dienstverlening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25500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sport en recreatie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sport en recreatie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25501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verkoopspecialist groene detailhandel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Retailspecialist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25504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Vakman restauratie voegwerk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25505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Specialist Restauratie Timmerwerk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25506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Specialist Restauratie Metselwerk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25508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Vormenmaker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25316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Tekenaar werktuigkundige installaties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25516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nautisch, koopvaardij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25516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nautisch, waterbouw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25516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nautisch, visserij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25516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technisch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25517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Stuurman alle schepen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nautisch, koopvaardij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25518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Scheepswerktuigkundige alle schepen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technisch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25519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Schipper-machinist beperkt werkgebied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Schipper-machinist beperkt vaargebied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25520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Stuurman waterbouw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nautisch, waterbouw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25521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Scheepswerktuigkundige waterbouw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technisch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25526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Junior stylist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Fashion Designer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25527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Junior productmanager fashion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Fashion Product Coordinator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25534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teelt en groene technologie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teelt en groene technologie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25535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veehouderij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veehouderij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25536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teelt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teelt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25537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veehouderij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veehouderij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25538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Specialist vruchtbaarheid en voortplanting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25542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metaal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metaal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25543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metalen daken en gevels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metalen daken en gevels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25544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Klantmedewerker Bancaire Diensten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Legal, Insurance &amp; HR Services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25545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Klantmedewerker Inkomensverzekeringen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Legal, Insurance &amp; HR Services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25546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Klantmedewerker Schadeverzekeringen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Legal, Insurance &amp; HR Services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25547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Klantmedewerker Vermogen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Legal, Insurance &amp; HR Services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25548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Creatief vakman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25555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agrarisch loonwerk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groen, grond en groene infra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25556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agrarisch loonwerk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groen, grond en groene infra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25557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agrarisch loonwerk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groen, grond en groene infra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25558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Machinist hijswerk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Machinist hijswerk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25559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Airco/warmtepompmonteur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Airco/warmtepompmonteur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25560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maintenance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industriële koude- en klimaatsystemen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25561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koude- en klimaatsystemen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25562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Servicemonteur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Servicemonteur koude- en klimaatsystemen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25563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koude- en klimaatsystemen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25565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Systeemontwerper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Systeemontwerper koude- en klimaatsystemen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25566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Productieleider versindustrie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25567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versindustrie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25568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versindustrie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25570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Decoratiestukadoor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25572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Constructie- en plaattechnoloog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Productietechnicus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25573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Office assistant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Assistant Business Services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25574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Management assistant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Office &amp; Management Support 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25575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Instructeur mbo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25576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Bedrijfsleider dierverzorging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Bedrijfsleider dierverzorging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25577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Dierenartsassistent paraveterinair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Dierenartsassistent paraveterinair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25578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Proefdierverzorger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Proefdierverzorger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25579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dierverzorging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2022-08-01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medewerker dierverzorging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25581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Onderzoeker leefomgeving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25582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Adviseur leefomgeving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25583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Montagemedewerker houttechniek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25584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Machineoperator houttechniek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25585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montagemedewerker houttechniek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25586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machineoperator houttechniek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25587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Werkvoorbereider houttechniek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25588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Gezel schilder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25589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Schilder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25590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water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Watertechnicus Infra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25591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Mediamaker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Mediamaker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25592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mediamaker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mediamaker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25593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Assemblagetechnicus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25594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Carrosseriebouwer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25595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Carrosseriebouwer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25596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maritieme 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25597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maritieme 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25598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Engineer maritieme 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25599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Aankomend medewerker grondoptreden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Aankomend militair grondoptreden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25600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Aankomend onderofficier grondoptreden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Aankomend onderofficier grondoptreden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25601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Aankomend medewerker maritiem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Aankomend militair maritiem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25602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Aankomend onderofficier maritiem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Aankomend onderofficier maritiem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25604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Software developer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Software developer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25605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IT systems and devices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ICT support technician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25606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Expert IT systems and devices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ICT system engineer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25607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ICT support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ICT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25610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Matroos binnenvaart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Matroos binnenvaart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25611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Schipper binnenvaart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Schipper binnenvaart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25612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Kapitein binnenvaart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Kapitein binnenvaart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25613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Machinist railvervoer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Machinist railvervoer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25614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Boulanger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25615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Sociaal 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Sociaal werker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25616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groen en cultuurtechniek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groen, grond en groene infra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25617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Opzichter/uitvoerder groene ruimte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Opzichter/uitvoerder groene ruimte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25618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hovenier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hovenier en groenvoorziening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25619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groen en cultuurtechniek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groen, grond en groene infra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25620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natuur, water en recreatie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natuur, water en natuurrecreatie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25621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hovenier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hovenier en groenvoorziening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25622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natuur, water en recreatie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natuur, water en natuurrecreatie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25623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Verspaner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25624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precisieverspaner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25625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Instrumentmaker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productietechniek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25626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Researchinstrumentmaker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Researchinstrumentmaker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25627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Verspaningstechnoloog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Productietechnicus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25629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steriele medische hulpmiddelen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steriele medische hulpmiddelen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25630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Optiek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optiek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25631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Opticien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Opticien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25632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Verkoopmedewerker Optiek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Verkoopmedewerker optiek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25633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Mediavormgever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27110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Mediavormgever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25634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Signspecialist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Signspecialist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25635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Bootman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Bootman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25636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Luchtvaartdienstverlener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Luchtvaartdienstverlener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25638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Stuurman alle vissersschepen S4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nautisch, visserij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25639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Werktuigkundige alle vissersschepen W4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2021-08-01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technisch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25640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Stuurman-werktuigkundige zeevisvaart SW6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Stuurman-werktuigkundige zeevisvaart SW6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25641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Kapper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Kapper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25642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Haarstylist dame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kapper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25643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Haarstylist heer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kapper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25644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Salonmanager dame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Salonmanager kapper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25645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Salonmanager heer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Salonmanager kapper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25646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leisure &amp; hospitality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leisure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25647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travel &amp; hospitality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tourism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25648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medewerker leisure &amp; hospitality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medewerker leisure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25649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medewerker travel &amp; hospitality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medewerker tourism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25650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Apothekersassistent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27141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Apothekersassistent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25651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Acteur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Acteur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25652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Danser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Danser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25653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Musicalperformer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Musicalacteur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25654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Muzikant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Muzikant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25655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Mbo-Verpleegkundige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27145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Mbo-Verpleegkundige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25656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verzorgende-IG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27144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Verzorgende IG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25659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Interieurvakman woningstofferen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Interieurvakman woningstofferen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Interieurvakman parketvloeren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Interieurvakman parketvloeren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interieurvakman woningstofferen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interieurvakman woningstofferen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interieurvakman parketvloeren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interieurvakman parketvloeren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Pianotechnicus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Tandtechnicus kroon- en brugwerk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Tandtechnicus prothese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Tandtechnisch medewerker basistechnieken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oogheelkundig assistent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Oogheelkundig Assistent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Basis technicus voertuigen en mobiele werktuigen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27112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Basis technicus voertuigen en mobiele werktuigen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25669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technicus voertuigen en mobiele werktuigen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27113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technicus voertuigen en mobiele werktuigen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25670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specialist voertuigen en mobiele werktuigen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27111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specialist voertuigen en mobiele werktuigen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25671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Chauffeur wegvervoer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Chauffeur wegvervoer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25672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Chauffeur openbaar vervoer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25673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Touringcarchauffeur/reisleider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25674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Taxichauffeur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25675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Touringcarchauffeur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25676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Schipper rondvaartboot beperkt vaargebied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25677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kleine schepen nautisch, koopvaardij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25678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kleine schepen nautisch, visserij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25679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kleine schepen technisch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nautisch, koopvaardij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nautisch, waterbouw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nautisch, visserij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Maritiem officier alle schepen technisch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Assistant Fashion Tailor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Fashion Retailer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Fashion Tailor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Fashion Designer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Fashion Product Coordinator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25689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Basismedewerker fashion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Beveiliger 2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Beveiliger 2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Beveiliger 3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Beveiliger 3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make-up and hair artist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Medisch Pedicure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Medisch pedicure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Pedicure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Pedicure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Doktersassistent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27142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Doktersassistent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Pedagogisch medewerker kinderopvang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Gespecialiseerd pedagogisch 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Onderwijsassistent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25699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Tandartsassistent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27143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Tandarstassistent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Ondernemer vers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vers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Traiteur vers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vers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Bedrijfsleider/ondernemer bloem, groen en styling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bloem, groen en styling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bloem, groen en styling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bloem, groen en styling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Boomverzorger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27146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Boomverzorger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25709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Bedrijfsleider paardensport en -houderij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Bedrijfsleider paardensport en -houderij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Instructeur paardensport en -houderij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Instructeur paardensport en -houderij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paardensport en -houderij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paardensport en -houderij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Adviseur mobiliteitsbranche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Manager mobiliteitsbranche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Autospuiter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Autospuiter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AV-productie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AV-specialist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Fotograaf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25719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fotografie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bakkerij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bakkerij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Uitvoerend bakker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Uitvoerend bakker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werkend bakker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werkend bakker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Assistant Business Services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Assistant Business Services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Business Administration &amp; Control 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Legal, Insurance &amp; HR Services 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Marketing &amp; Communication 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25728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Office &amp; Management Support 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Bedrijfsleider dierverzorging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Dierenartsassistent paraveterinair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dierverzorging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Proefdierverzorger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medewerker dierverzorging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elektrotechnische industriële installaties en 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elektrotechnische installaties in de gebouwde omgeving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elektrotechnische installaties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elektrotechnische industriële systemen en installaties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25739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elektrotechnische installaties in de gebouwde omgeving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25740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Assistent bouwen, wonen en onderhoud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25741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Assistent dienstverlening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25742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Assistent horeca, voeding of voedingsindustrie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25743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Assistent 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25744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Assistent metaal-, elektro- en installatietechniek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25745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Assistent mobiliteitsbranche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25746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Assistent plant, dier of groene omgeving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25747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Assistent procestechniek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25748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Assistent verkoop/retail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25749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evenementenorganisatie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25750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vakman gww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25751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waterbouwer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25752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Asfaltafwerker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25753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Balkman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25754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Opperman bestratingen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25755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Straatmaker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25756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Vakman gww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25757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Waterbouwer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25759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Mechanisch operator 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Mechanisch operator B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Procesoperator 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Procesoperator B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datadistributie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datadistributie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gas-, water- of warmtedistributie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gas-, water- of warmtedistributie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laagspanningsdistributie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laagspanningsdistributie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middenspanningsdistributie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middenspanningsdistributie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datadistributie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datadistributie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gas-, water- of warmtedistributie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gas-, water- of warmtedistributie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25769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laagspanningsdistributie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laagspanningsdistributie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middenspanningsdistributie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middenspanningsdistributie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Interieuradviseur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Vastgoedadviseur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Vastgoedadviseur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Uitvoerder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Logistiek 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Logistiek teamleider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Logistiek supervisor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Specialist transport en 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Air cargo 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25779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Persoonlijk begeleider maatschappelijke zorg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25780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Begeleider maatschappelijke zorg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25785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Metselaar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25786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Metselaar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25791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vakkracht onderhoud- en klussenbedrijf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25792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Servicemedewerker gebouwen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25793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Aviation operations 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25797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Patissier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25798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podium- en evenemententechnicus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25799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podium- en evenemententechniek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Podium- en evenemententechnicus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Praktijkopleider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Operator C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Handhaver toezicht en veiligheid Generieke opsporing (domein VI)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Handhaver toezicht en veiligheid Milieu, welzijn en infrastructuur (domein II)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Handhaver toezicht en veiligheid Openbaar vervoer (domein IV)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Handhaver toezicht en veiligheid Openbare ruimte (domein I)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Retailmanager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Retailmedewerker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25809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Retailspecialist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25810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productpresentatie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25811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Ruimtelijk vormgever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25821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service en onderhoud werktuigkundige installaties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25825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service en onderhoud werktuigkundige installaties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25826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tegelzetter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25827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Tegelzetter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25828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timmerman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25829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Timmerman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25830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verbrandingsmotortechnicus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25831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specialist verbrandingsmotoren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25832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Verbrandingsmotortechnicus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25834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utiliteit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25835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woning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25836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smart building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smart building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25837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smart industry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Geen directe opvolger vastgesteld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25838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Persoonlijk begeleider zorgboerderij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Persoonlijk werkbegeleider zorgboerderij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25854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Meubelstoffeerder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25855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meubelstoffeerder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25856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Basisgoudsmid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25857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Goudsmid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25858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Zilversmid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25859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Orthopedisch schoentechnisch 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Orthopedisch schoentechnisch 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Orthopedisch technisch 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Orthopedisch technisch 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pannen/leien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pannen/leien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bitumen en kunststof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bitumen en kunststof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riet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riet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metalen daken en gevels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metalen daken en gevels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pannen/leien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pannen/leien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bitumen en kunststof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bitumen en kunststof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metaal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27072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monteur metalen daken en gevels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grond-, weg- en waterbouw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landmeetkunde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verkeer en stedenbouw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Commercieel 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Consulent commerciële arbeidsbemiddeling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E-commerce 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Junior accountmanager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Junior manager groothandel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25879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Junior manager internationale handel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Ondernemer handel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2026-08-01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27121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Ondernemer handel en/of diensten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Mediamanager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Mediaredactiemedewerker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Autoschadehersteller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autoschadehersteller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specialist autoschadeherstel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Airco/warmtepompmonteur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Airco/warmtepompmonteur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koude- en klimaatsystemen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Servicemonteur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Servicemonteur koude- en klimaatsystemen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25889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koude- en klimaatsystemen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industriële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2025-08-01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industriële koude- en klimaatsystemen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mechatronica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mechatronica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mechatronica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productietechniek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productietechniek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Productietechnicus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Researchinstrumentmaker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engineering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engineering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25899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Commercieel technicus engineering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2023-08-01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25920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Commercieel technicus engineering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Havenoperaties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Gevorderd medewerker Havenoperaties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Coördinator Havenoperaties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internationale havenlogistiek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Coördinator internationale havenlogistiek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Specialist internationale havenlogistiek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Schoonheidsspecialist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Schoonheidsspecialist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Sport- en bewegingsleider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25909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Buurtsportcoach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Leefstijlcoach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Bewegingsagoog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Trainer-coach/Instructeur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Hoefsmid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Biotechnicus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paardensport en -houderij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Bedrijfsleider paardensport en -houderij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Instructeur paardensport en -houderij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Middenkaderfunctionaris smart building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25919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engineering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Commercieel technicus engineering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Werkbegeleider zorgboerderij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Werkbegeleider zorgboerderij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Persoonlijk werkbegeleider zorgboerderij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Persoonlijk werkbegeleider zorgboerderij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Machineoperator houtverwerkende industrie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Meubelmaker/(scheeps)interieurbouwer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machineoperator meubelindustrie/(scheeps)interieurbouw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meubelmaker/(scheeps)interieurbouwer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Werkvoorbereider meubelindustrie/(scheeps)interieurbouw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Ondernemend meubelmaker/(scheeps)interieurbouwer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25929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pannen/leien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25863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pannen/leien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bitumen en kunststof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25864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bitumen en kunststof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riet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25865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riet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Zinkwerker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metalen daken en gevels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metalen daken en gevels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25866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metalen daken en gevels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pannen/leien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25867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pannen/leien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bitumen en kunststof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25868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bitumen en kunststof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zinkwerker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  <w:shd w:fill="F7F7F7"/>
          </w:tcPr>
          <w:p>
            <w:pPr>
              <w:spacing w:after="0"/>
            </w:pPr>
            <w:r>
              <w:rPr>
                <w:sz w:val="14"/>
              </w:rPr>
              <w:t>Historisch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2024-08-01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25869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metaal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luchtvaartuigen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luchtvaartuigen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25939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samenbouwer luchtvaartuigen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Constructie repair 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mechanica luchtvaartuigen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avionica luchtvaartuigen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Dekvloerenlegger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Glaszetter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Gezel glaszetter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Vastgoedadviseur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Machinist grondverzet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25949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Machinist wegenbouw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Machinist hijswerk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laborant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Chemisch fysisch analist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Biologisch medisch analist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hout en restauratie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Keukenmonteur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keukenmonteur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Geo, data &amp; design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Sociaal 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25959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facilitaire dienstverlening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Helpende Zorg en Welzijn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sport en recreatie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uurwerktechnicus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Uurwerktechnisch designer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Uurwerktechnisch luxury 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Uurwerktechnisch restauratiespecialist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Schoenhersteller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Ondernemend schoenhersteller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Maatschoenmaker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25969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Audicien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Matroos binnenvaart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Schipper binnenvaart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Kapitein binnenvaart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Bootman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voeding, technologie en 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voeding, technologie en 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25979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voeding, technologie en techniek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voeding, kwaliteit en productontwikkeling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teelt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agrohandel en 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veehouderij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teelt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agrohandel en 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veehouderij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biologisch-dynamische landbouw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teelt en groene technologie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25989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agrohandel en logistiek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veehouderij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biologisch-dynamische landbouw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groen, grond en groene infra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groen, grond en groene infra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Vakexpert groen, grond en groene infra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Voeding- en leefstijladviseur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Coördinator duurzaamheid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Vakspecialist ondernemer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Software developer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25999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ICT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sign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signmaker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Signspecialist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Decoratie- en restauratieschilder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gas-, water- of warmtedistributie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laagspanningsdistributie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middenspanningsdistributie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27009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datadistributie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gas-, water- of warmtedistributie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laagspanningsdistributie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middenspanningsdistributie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datadistributie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hoogspanningstransport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ICT support technician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ICT system engineer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Werkbegeleider zorgboerderij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Persoonlijk werkbegeleider zorgboerderij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27019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Betonreparateur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Betonreparateur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Sloper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sloper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Systeemontwerper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Datatechnicus Infra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Elektrotechnicus Infra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Gastechnicus Infra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Watertechnicus Infra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Juwelier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27029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Juwelier-ondernemer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steriele medische hulpmiddelen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Verkoopmedewerker optiek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optiek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Opticien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Decorbouwer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decorbouwer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Specialist decorbouw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Standbouwer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Fietstechnicus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27039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fietstechnicus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Luchtvaartdienstverlener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Drone-operations specialist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Chauffeur wegvervoer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chauffeur wegvervoer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Machinist railvervoer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Schipper-machinist beperkt vaargebied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Stuurman-werktuigkundige zeevisvaart SW6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van een team/afdeling/project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van technici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27049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Informatiebeveiliger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pannen/leien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bitumen en kunststof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hospitality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medewerker hospitality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medewerker leisure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medewerker tourism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hospitality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leisure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tourism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27059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Ondernemer hospitality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Kok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foodservice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werkend kok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foodservice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Gespecialiseerd kok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keuken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Manager foodservice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Dakdekker riet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metalen daken en gevels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27069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Zinkwerker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pannen/leien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dakdekker bitumen en kunststof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monteur metalen daken en gevels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zinkwerker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Airco/warmtepompmonteur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Monteur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Servicemonteur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Eerste monteur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Technicus industriële koude- en klimaatsystemen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27079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Immersief ontwerper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Immersief technicus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hovenier en groenvoorziening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Medewerker natuur, water en natuurrecreatie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hovenier en groenvoorziening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Vakbekwaam medewerker natuur, water en natuurrecreatie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Opzichter/uitvoerder groene ruimte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Beheerder/uitvoerder natuur, water en natuurrecreatie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E-commercemanager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Servicemedewerker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27089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Natuursteenbewerker machinaal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Natuursteenbewerker ambachtelijk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natuursteenbewerker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Werkvoorbereider installaties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Werkvoorbereider fabricage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Werkvoorbereider gespecialiseerde aannemerij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Uitvoerder bouw/infra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Uitvoerder gespecialiseerde aannemerij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Stukadoor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stukadoor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27099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Interieurvakman woningstofferen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Interieurvakman parketvloeren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interieurvakman woningstofferen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interieurvakman parketvloeren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Oogheelkundig Assistent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Acteur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Musicalacteur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Muzikant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Danser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Mediamaker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27109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mediamaker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27110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Mediavormgever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27111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Technisch specialist voertuigen en mobiele werktuigen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27112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Basis technicus voertuigen en mobiele werktuigen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27113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technicus voertuigen en mobiele werktuigen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Ondernemer handel en/of diensten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Beveiliger 2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Beveiliger 3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Aankomend militair grondoptreden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Aankomend militair maritiem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Aankomend onderofficier grondoptreden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Aankomend onderofficier maritiem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Kapper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27129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Barbier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kapper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barbier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Salonmanager kapper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Salonmanager barbier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Pedicure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Medisch pedicure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Uitvoerend bakker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27137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Zelfstandig werkend bakker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27138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bakkerij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27139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Allround medewerker facilitaire dienstverlening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27140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Leidinggevende facilitaire dienstverlening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27141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Apothekersassistent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27142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Doktersassistent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27143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Tandarstassistent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27144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Verzorgende IG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27145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Mbo-Verpleegkundige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  <w:tr>
        <w:tc>
          <w:tcPr>
            <w:tcW w:type="dxa" w:w="907"/>
            <w:vAlign w:val="center"/>
          </w:tcPr>
          <w:p>
            <w:pPr>
              <w:spacing w:after="0"/>
            </w:pPr>
            <w:r>
              <w:rPr>
                <w:sz w:val="14"/>
              </w:rPr>
              <w:t>27146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</w:pPr>
            <w:r>
              <w:rPr>
                <w:sz w:val="14"/>
              </w:rPr>
              <w:t>Boomverzorger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020"/>
            <w:vAlign w:val="center"/>
          </w:tcPr>
          <w:p>
            <w:pPr>
              <w:spacing w:after="0"/>
            </w:pPr>
            <w:r>
              <w:rPr>
                <w:sz w:val="14"/>
              </w:rPr>
              <w:t>Actueel</w:t>
            </w:r>
          </w:p>
        </w:tc>
        <w:tc>
          <w:tcPr>
            <w:tcW w:type="dxa" w:w="1474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sz w:val="14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680" w:right="624" w:bottom="680" w:left="6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